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B46" w:rsidRPr="00D62E96" w:rsidRDefault="00D62E96" w:rsidP="00D62E96">
      <w:pPr>
        <w:rPr>
          <w:sz w:val="44"/>
          <w:szCs w:val="44"/>
        </w:rPr>
      </w:pPr>
      <w:r>
        <w:rPr>
          <w:b/>
          <w:color w:val="1F4E79"/>
          <w:sz w:val="44"/>
          <w:szCs w:val="44"/>
        </w:rPr>
        <w:t xml:space="preserve">             </w:t>
      </w:r>
      <w:r w:rsidR="00E06149" w:rsidRPr="00D62E96">
        <w:rPr>
          <w:b/>
          <w:color w:val="1F4E79"/>
          <w:sz w:val="44"/>
          <w:szCs w:val="44"/>
        </w:rPr>
        <w:t xml:space="preserve">5. SINIF FEN BİLİMLERİ </w:t>
      </w:r>
      <w:proofErr w:type="gramStart"/>
      <w:r w:rsidR="00E06149" w:rsidRPr="00D62E96">
        <w:rPr>
          <w:b/>
          <w:color w:val="1F4E79"/>
          <w:sz w:val="44"/>
          <w:szCs w:val="44"/>
        </w:rPr>
        <w:t xml:space="preserve">– </w:t>
      </w:r>
      <w:r w:rsidR="0032457B" w:rsidRPr="00D62E96">
        <w:rPr>
          <w:b/>
          <w:color w:val="1F4E79"/>
          <w:sz w:val="44"/>
          <w:szCs w:val="44"/>
        </w:rPr>
        <w:t xml:space="preserve"> OYSS</w:t>
      </w:r>
      <w:proofErr w:type="gramEnd"/>
      <w:r w:rsidR="0032457B" w:rsidRPr="00D62E96">
        <w:rPr>
          <w:b/>
          <w:color w:val="1F4E79"/>
          <w:sz w:val="44"/>
          <w:szCs w:val="44"/>
        </w:rPr>
        <w:t xml:space="preserve"> </w:t>
      </w:r>
      <w:r w:rsidR="00E06149" w:rsidRPr="00D62E96">
        <w:rPr>
          <w:b/>
          <w:color w:val="1F4E79"/>
          <w:sz w:val="44"/>
          <w:szCs w:val="44"/>
        </w:rPr>
        <w:t>SINAV PUANLAMA ÇİZELGESİ</w:t>
      </w:r>
    </w:p>
    <w:p w:rsidR="00945B46" w:rsidRPr="00D62E96" w:rsidRDefault="0032457B">
      <w:pPr>
        <w:spacing w:after="100"/>
        <w:rPr>
          <w:sz w:val="18"/>
          <w:szCs w:val="18"/>
        </w:rPr>
      </w:pPr>
      <w:r w:rsidRPr="00D62E96">
        <w:rPr>
          <w:sz w:val="18"/>
          <w:szCs w:val="18"/>
        </w:rPr>
        <w:t xml:space="preserve">                              </w:t>
      </w:r>
      <w:r w:rsidR="00D62E96">
        <w:rPr>
          <w:sz w:val="18"/>
          <w:szCs w:val="18"/>
        </w:rPr>
        <w:t xml:space="preserve">      </w:t>
      </w:r>
      <w:r w:rsidRPr="00D62E96">
        <w:rPr>
          <w:sz w:val="18"/>
          <w:szCs w:val="18"/>
        </w:rPr>
        <w:t xml:space="preserve"> </w:t>
      </w:r>
      <w:proofErr w:type="spellStart"/>
      <w:r w:rsidR="00E06149" w:rsidRPr="00D62E96">
        <w:rPr>
          <w:sz w:val="18"/>
          <w:szCs w:val="18"/>
        </w:rPr>
        <w:t>Soru</w:t>
      </w:r>
      <w:proofErr w:type="spellEnd"/>
      <w:r w:rsidR="00E06149" w:rsidRPr="00D62E96">
        <w:rPr>
          <w:sz w:val="18"/>
          <w:szCs w:val="18"/>
        </w:rPr>
        <w:t xml:space="preserve"> </w:t>
      </w:r>
      <w:proofErr w:type="spellStart"/>
      <w:r w:rsidR="00E06149" w:rsidRPr="00D62E96">
        <w:rPr>
          <w:sz w:val="18"/>
          <w:szCs w:val="18"/>
        </w:rPr>
        <w:t>başına</w:t>
      </w:r>
      <w:proofErr w:type="spellEnd"/>
      <w:r w:rsidR="00E06149" w:rsidRPr="00D62E96">
        <w:rPr>
          <w:sz w:val="18"/>
          <w:szCs w:val="18"/>
        </w:rPr>
        <w:t xml:space="preserve"> tam </w:t>
      </w:r>
      <w:proofErr w:type="spellStart"/>
      <w:r w:rsidR="00E06149" w:rsidRPr="00D62E96">
        <w:rPr>
          <w:sz w:val="18"/>
          <w:szCs w:val="18"/>
        </w:rPr>
        <w:t>puan</w:t>
      </w:r>
      <w:proofErr w:type="spellEnd"/>
      <w:r w:rsidR="00E06149" w:rsidRPr="00D62E96">
        <w:rPr>
          <w:sz w:val="18"/>
          <w:szCs w:val="18"/>
        </w:rPr>
        <w:t>:  S1: ____  S2: ____  S3: ____  S4: ____  S5: ____  S6: ____  S7: ____  S8: ____  S9: ____  S10: ____  S11: ____  S12: ____  S13: ____  S14: ____  S15: ____</w:t>
      </w:r>
      <w:r w:rsidR="00D62E96">
        <w:rPr>
          <w:sz w:val="18"/>
          <w:szCs w:val="18"/>
        </w:rPr>
        <w:t xml:space="preserve">  @</w:t>
      </w:r>
      <w:proofErr w:type="spellStart"/>
      <w:r w:rsidR="00D62E96">
        <w:rPr>
          <w:sz w:val="18"/>
          <w:szCs w:val="18"/>
        </w:rPr>
        <w:t>mrs_fenci</w:t>
      </w:r>
      <w:proofErr w:type="spellEnd"/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504"/>
        <w:gridCol w:w="2376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792"/>
      </w:tblGrid>
      <w:tr w:rsidR="0032457B" w:rsidTr="00350E9F">
        <w:trPr>
          <w:jc w:val="center"/>
        </w:trPr>
        <w:tc>
          <w:tcPr>
            <w:tcW w:w="504" w:type="dxa"/>
            <w:shd w:val="clear" w:color="auto" w:fill="4472C4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04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No</w:t>
            </w:r>
          </w:p>
        </w:tc>
        <w:tc>
          <w:tcPr>
            <w:tcW w:w="2376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Öğrenci Adı Soyadı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S1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S2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S3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S4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S5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S6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S7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S8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S9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S10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S11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S12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S13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S14</w:t>
            </w:r>
          </w:p>
        </w:tc>
        <w:tc>
          <w:tcPr>
            <w:tcW w:w="56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20"/>
                <w:szCs w:val="20"/>
              </w:rPr>
            </w:pPr>
            <w:r w:rsidRPr="00D62E96">
              <w:rPr>
                <w:b/>
                <w:color w:val="FFFFFF"/>
                <w:sz w:val="20"/>
                <w:szCs w:val="20"/>
              </w:rPr>
              <w:t>S15</w:t>
            </w:r>
          </w:p>
        </w:tc>
        <w:tc>
          <w:tcPr>
            <w:tcW w:w="792" w:type="dxa"/>
            <w:shd w:val="clear" w:color="auto" w:fill="4472C4"/>
            <w:vAlign w:val="center"/>
          </w:tcPr>
          <w:p w:rsidR="0032457B" w:rsidRPr="00D62E96" w:rsidRDefault="0032457B" w:rsidP="0032457B">
            <w:pPr>
              <w:jc w:val="center"/>
              <w:rPr>
                <w:sz w:val="16"/>
                <w:szCs w:val="16"/>
              </w:rPr>
            </w:pPr>
            <w:r w:rsidRPr="00D62E96">
              <w:rPr>
                <w:b/>
                <w:color w:val="FFFFFF"/>
                <w:sz w:val="16"/>
                <w:szCs w:val="16"/>
              </w:rPr>
              <w:t>Toplam</w:t>
            </w: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bookmarkStart w:id="0" w:name="_GoBack"/>
        <w:bookmarkEnd w:id="0"/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20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29</w:t>
            </w:r>
          </w:p>
        </w:tc>
        <w:tc>
          <w:tcPr>
            <w:tcW w:w="504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vAlign w:val="center"/>
          </w:tcPr>
          <w:p w:rsidR="0032457B" w:rsidRDefault="0032457B" w:rsidP="0032457B"/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vAlign w:val="center"/>
          </w:tcPr>
          <w:p w:rsidR="0032457B" w:rsidRDefault="0032457B" w:rsidP="0032457B">
            <w:pPr>
              <w:jc w:val="center"/>
            </w:pPr>
          </w:p>
        </w:tc>
      </w:tr>
      <w:tr w:rsidR="0032457B" w:rsidTr="00350E9F">
        <w:trPr>
          <w:trHeight w:val="302"/>
          <w:jc w:val="center"/>
        </w:trPr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  <w:r>
              <w:rPr>
                <w:sz w:val="14"/>
              </w:rPr>
              <w:t>30</w:t>
            </w:r>
          </w:p>
        </w:tc>
        <w:tc>
          <w:tcPr>
            <w:tcW w:w="504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2376" w:type="dxa"/>
            <w:shd w:val="clear" w:color="auto" w:fill="F3F6FA"/>
            <w:vAlign w:val="center"/>
          </w:tcPr>
          <w:p w:rsidR="0032457B" w:rsidRDefault="0032457B" w:rsidP="0032457B"/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56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  <w:tc>
          <w:tcPr>
            <w:tcW w:w="792" w:type="dxa"/>
            <w:shd w:val="clear" w:color="auto" w:fill="F3F6FA"/>
            <w:vAlign w:val="center"/>
          </w:tcPr>
          <w:p w:rsidR="0032457B" w:rsidRDefault="0032457B" w:rsidP="0032457B">
            <w:pPr>
              <w:jc w:val="center"/>
            </w:pPr>
          </w:p>
        </w:tc>
      </w:tr>
    </w:tbl>
    <w:p w:rsidR="00E06149" w:rsidRDefault="00E06149"/>
    <w:sectPr w:rsidR="00E06149" w:rsidSect="00034616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457B"/>
    <w:rsid w:val="00326F90"/>
    <w:rsid w:val="00945B46"/>
    <w:rsid w:val="00AA1D8D"/>
    <w:rsid w:val="00B47730"/>
    <w:rsid w:val="00CB0664"/>
    <w:rsid w:val="00D62E96"/>
    <w:rsid w:val="00E061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DB91D6"/>
  <w14:defaultImageDpi w14:val="300"/>
  <w15:docId w15:val="{CD78F4A1-99DA-4AD2-87ED-1860B1F1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1D6237-31AA-4958-8308-34A545C30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3</cp:revision>
  <dcterms:created xsi:type="dcterms:W3CDTF">2013-12-23T23:15:00Z</dcterms:created>
  <dcterms:modified xsi:type="dcterms:W3CDTF">2026-10-31T09:18:00Z</dcterms:modified>
  <cp:category/>
</cp:coreProperties>
</file>